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265024" w14:textId="77777777" w:rsidR="001925EF" w:rsidRPr="00460806" w:rsidRDefault="00000000" w:rsidP="00460806">
      <w:pPr>
        <w:pStyle w:val="NoSpacing"/>
        <w:spacing w:line="276" w:lineRule="auto"/>
        <w:rPr>
          <w:rFonts w:ascii="Century Gothic" w:hAnsi="Century Gothic"/>
          <w:b/>
          <w:bCs/>
        </w:rPr>
      </w:pPr>
      <w:r w:rsidRPr="00460806">
        <w:rPr>
          <w:rFonts w:ascii="Century Gothic" w:hAnsi="Century Gothic"/>
          <w:b/>
          <w:bCs/>
        </w:rPr>
        <w:t xml:space="preserve">Intent </w:t>
      </w:r>
    </w:p>
    <w:p w14:paraId="311B4FC2" w14:textId="77777777" w:rsidR="00460806" w:rsidRPr="00460806" w:rsidRDefault="00460806" w:rsidP="00460806">
      <w:pPr>
        <w:pStyle w:val="NoSpacing"/>
        <w:spacing w:line="276" w:lineRule="auto"/>
        <w:rPr>
          <w:rFonts w:ascii="Century Gothic" w:hAnsi="Century Gothic"/>
        </w:rPr>
      </w:pPr>
    </w:p>
    <w:p w14:paraId="74DD5DC0" w14:textId="77777777" w:rsidR="001925EF" w:rsidRPr="00460806" w:rsidRDefault="00000000" w:rsidP="00460806">
      <w:pPr>
        <w:pStyle w:val="NoSpacing"/>
        <w:spacing w:line="276" w:lineRule="auto"/>
        <w:rPr>
          <w:rFonts w:ascii="Century Gothic" w:hAnsi="Century Gothic"/>
        </w:rPr>
      </w:pPr>
      <w:r w:rsidRPr="00460806">
        <w:rPr>
          <w:rFonts w:ascii="Century Gothic" w:hAnsi="Century Gothic"/>
        </w:rPr>
        <w:t xml:space="preserve">At Emneth Academy, we want our pupils to use Standard English when </w:t>
      </w:r>
    </w:p>
    <w:p w14:paraId="6B62856F" w14:textId="77777777" w:rsidR="001925EF" w:rsidRPr="00460806" w:rsidRDefault="00000000" w:rsidP="00460806">
      <w:pPr>
        <w:pStyle w:val="NoSpacing"/>
        <w:spacing w:line="276" w:lineRule="auto"/>
        <w:rPr>
          <w:rFonts w:ascii="Century Gothic" w:hAnsi="Century Gothic"/>
        </w:rPr>
      </w:pPr>
      <w:r w:rsidRPr="00460806">
        <w:rPr>
          <w:rFonts w:ascii="Century Gothic" w:hAnsi="Century Gothic"/>
        </w:rPr>
        <w:t xml:space="preserve">speaking, as we </w:t>
      </w:r>
      <w:proofErr w:type="gramStart"/>
      <w:r w:rsidRPr="00460806">
        <w:rPr>
          <w:rFonts w:ascii="Century Gothic" w:hAnsi="Century Gothic"/>
        </w:rPr>
        <w:t>recognise</w:t>
      </w:r>
      <w:proofErr w:type="gramEnd"/>
      <w:r w:rsidRPr="00460806">
        <w:rPr>
          <w:rFonts w:ascii="Century Gothic" w:hAnsi="Century Gothic"/>
        </w:rPr>
        <w:t xml:space="preserve"> that this has a direct impact on their writing. We </w:t>
      </w:r>
    </w:p>
    <w:p w14:paraId="3DA5E8BD" w14:textId="77777777" w:rsidR="001925EF" w:rsidRPr="00460806" w:rsidRDefault="00000000" w:rsidP="00460806">
      <w:pPr>
        <w:pStyle w:val="NoSpacing"/>
        <w:spacing w:line="276" w:lineRule="auto"/>
        <w:rPr>
          <w:rFonts w:ascii="Century Gothic" w:hAnsi="Century Gothic"/>
        </w:rPr>
      </w:pPr>
      <w:r w:rsidRPr="00460806">
        <w:rPr>
          <w:rFonts w:ascii="Century Gothic" w:hAnsi="Century Gothic"/>
        </w:rPr>
        <w:t xml:space="preserve">strive for pupils to develop their writing skills so that they have the stamina and </w:t>
      </w:r>
    </w:p>
    <w:p w14:paraId="20DE666A" w14:textId="77777777" w:rsidR="001925EF" w:rsidRPr="00460806" w:rsidRDefault="00000000" w:rsidP="00460806">
      <w:pPr>
        <w:pStyle w:val="NoSpacing"/>
        <w:spacing w:line="276" w:lineRule="auto"/>
        <w:rPr>
          <w:rFonts w:ascii="Century Gothic" w:hAnsi="Century Gothic"/>
        </w:rPr>
      </w:pPr>
      <w:r w:rsidRPr="00460806">
        <w:rPr>
          <w:rFonts w:ascii="Century Gothic" w:hAnsi="Century Gothic"/>
        </w:rPr>
        <w:t xml:space="preserve">ability to write at the age expected standard. We want our children to leave </w:t>
      </w:r>
    </w:p>
    <w:p w14:paraId="0F0BBC7D" w14:textId="77777777" w:rsidR="001925EF" w:rsidRPr="00460806" w:rsidRDefault="00000000" w:rsidP="00460806">
      <w:pPr>
        <w:pStyle w:val="NoSpacing"/>
        <w:spacing w:line="276" w:lineRule="auto"/>
        <w:rPr>
          <w:rFonts w:ascii="Century Gothic" w:hAnsi="Century Gothic"/>
        </w:rPr>
      </w:pPr>
      <w:r w:rsidRPr="00460806">
        <w:rPr>
          <w:rFonts w:ascii="Century Gothic" w:hAnsi="Century Gothic"/>
        </w:rPr>
        <w:t xml:space="preserve">our Academy with a love for writing and to write for a range of audiences </w:t>
      </w:r>
    </w:p>
    <w:p w14:paraId="504AC1EE" w14:textId="77777777" w:rsidR="001925EF" w:rsidRDefault="00000000" w:rsidP="00460806">
      <w:pPr>
        <w:pStyle w:val="NoSpacing"/>
        <w:spacing w:line="276" w:lineRule="auto"/>
        <w:rPr>
          <w:rFonts w:ascii="Century Gothic" w:hAnsi="Century Gothic"/>
        </w:rPr>
      </w:pPr>
      <w:r w:rsidRPr="00460806">
        <w:rPr>
          <w:rFonts w:ascii="Century Gothic" w:hAnsi="Century Gothic"/>
        </w:rPr>
        <w:t xml:space="preserve">and purposes. </w:t>
      </w:r>
    </w:p>
    <w:p w14:paraId="43274702" w14:textId="77777777" w:rsidR="00460806" w:rsidRPr="00460806" w:rsidRDefault="00460806" w:rsidP="00460806">
      <w:pPr>
        <w:pStyle w:val="NoSpacing"/>
        <w:spacing w:line="276" w:lineRule="auto"/>
        <w:rPr>
          <w:rFonts w:ascii="Century Gothic" w:hAnsi="Century Gothic"/>
        </w:rPr>
      </w:pPr>
    </w:p>
    <w:p w14:paraId="5EFE9BFA" w14:textId="77777777" w:rsidR="001925EF" w:rsidRPr="00460806" w:rsidRDefault="00000000" w:rsidP="00460806">
      <w:pPr>
        <w:pStyle w:val="NoSpacing"/>
        <w:spacing w:line="276" w:lineRule="auto"/>
        <w:rPr>
          <w:rFonts w:ascii="Century Gothic" w:hAnsi="Century Gothic"/>
          <w:b/>
          <w:bCs/>
        </w:rPr>
      </w:pPr>
      <w:r w:rsidRPr="00460806">
        <w:rPr>
          <w:rFonts w:ascii="Century Gothic" w:hAnsi="Century Gothic"/>
          <w:b/>
          <w:bCs/>
        </w:rPr>
        <w:t xml:space="preserve">Implementation </w:t>
      </w:r>
    </w:p>
    <w:p w14:paraId="12FD6E4D" w14:textId="77777777" w:rsidR="00460806" w:rsidRPr="00460806" w:rsidRDefault="00460806" w:rsidP="00460806">
      <w:pPr>
        <w:pStyle w:val="NoSpacing"/>
        <w:spacing w:line="276" w:lineRule="auto"/>
        <w:rPr>
          <w:rFonts w:ascii="Century Gothic" w:hAnsi="Century Gothic"/>
        </w:rPr>
      </w:pPr>
    </w:p>
    <w:p w14:paraId="68B2C1D3" w14:textId="74B7147E" w:rsidR="001925EF" w:rsidRPr="00460806" w:rsidRDefault="00460806" w:rsidP="00460806">
      <w:pPr>
        <w:pStyle w:val="NoSpacing"/>
        <w:numPr>
          <w:ilvl w:val="0"/>
          <w:numId w:val="14"/>
        </w:numPr>
        <w:spacing w:line="276" w:lineRule="auto"/>
        <w:rPr>
          <w:rFonts w:ascii="Century Gothic" w:hAnsi="Century Gothic"/>
        </w:rPr>
      </w:pPr>
      <w:r>
        <w:rPr>
          <w:rFonts w:ascii="Century Gothic" w:hAnsi="Century Gothic"/>
        </w:rPr>
        <w:t>We</w:t>
      </w:r>
      <w:r w:rsidR="00000000" w:rsidRPr="00460806">
        <w:rPr>
          <w:rFonts w:ascii="Century Gothic" w:hAnsi="Century Gothic"/>
        </w:rPr>
        <w:t xml:space="preserve"> follow ‘The Write Stuff’ Jane Considine approach </w:t>
      </w:r>
    </w:p>
    <w:p w14:paraId="2CC2AD18" w14:textId="77777777" w:rsidR="001925EF" w:rsidRPr="00460806" w:rsidRDefault="00000000" w:rsidP="00460806">
      <w:pPr>
        <w:pStyle w:val="NoSpacing"/>
        <w:spacing w:line="276" w:lineRule="auto"/>
        <w:ind w:left="360"/>
        <w:rPr>
          <w:rFonts w:ascii="Century Gothic" w:hAnsi="Century Gothic"/>
        </w:rPr>
      </w:pPr>
      <w:r w:rsidRPr="00460806">
        <w:rPr>
          <w:rFonts w:ascii="Century Gothic" w:hAnsi="Century Gothic"/>
        </w:rPr>
        <w:t xml:space="preserve">to </w:t>
      </w:r>
      <w:proofErr w:type="gramStart"/>
      <w:r w:rsidRPr="00460806">
        <w:rPr>
          <w:rFonts w:ascii="Century Gothic" w:hAnsi="Century Gothic"/>
        </w:rPr>
        <w:t>teaching</w:t>
      </w:r>
      <w:proofErr w:type="gramEnd"/>
      <w:r w:rsidRPr="00460806">
        <w:rPr>
          <w:rFonts w:ascii="Century Gothic" w:hAnsi="Century Gothic"/>
        </w:rPr>
        <w:t xml:space="preserve"> writing across the whole Academy. Children </w:t>
      </w:r>
      <w:proofErr w:type="gramStart"/>
      <w:r w:rsidRPr="00460806">
        <w:rPr>
          <w:rFonts w:ascii="Century Gothic" w:hAnsi="Century Gothic"/>
        </w:rPr>
        <w:t>are able to</w:t>
      </w:r>
      <w:proofErr w:type="gramEnd"/>
      <w:r w:rsidRPr="00460806">
        <w:rPr>
          <w:rFonts w:ascii="Century Gothic" w:hAnsi="Century Gothic"/>
        </w:rPr>
        <w:t xml:space="preserve"> </w:t>
      </w:r>
    </w:p>
    <w:p w14:paraId="43774BB5" w14:textId="77777777" w:rsidR="001925EF" w:rsidRPr="00460806" w:rsidRDefault="00000000" w:rsidP="00460806">
      <w:pPr>
        <w:pStyle w:val="NoSpacing"/>
        <w:spacing w:line="276" w:lineRule="auto"/>
        <w:ind w:left="360"/>
        <w:rPr>
          <w:rFonts w:ascii="Century Gothic" w:hAnsi="Century Gothic"/>
        </w:rPr>
      </w:pPr>
      <w:r w:rsidRPr="00460806">
        <w:rPr>
          <w:rFonts w:ascii="Century Gothic" w:hAnsi="Century Gothic"/>
        </w:rPr>
        <w:t xml:space="preserve">see a clear sequence across a unit, where they build up to completing </w:t>
      </w:r>
    </w:p>
    <w:p w14:paraId="52A03E5D" w14:textId="77777777" w:rsidR="001925EF" w:rsidRPr="00460806" w:rsidRDefault="00000000" w:rsidP="00460806">
      <w:pPr>
        <w:pStyle w:val="NoSpacing"/>
        <w:spacing w:line="276" w:lineRule="auto"/>
        <w:ind w:left="360"/>
        <w:rPr>
          <w:rFonts w:ascii="Century Gothic" w:hAnsi="Century Gothic"/>
        </w:rPr>
      </w:pPr>
      <w:r w:rsidRPr="00460806">
        <w:rPr>
          <w:rFonts w:ascii="Century Gothic" w:hAnsi="Century Gothic"/>
        </w:rPr>
        <w:t xml:space="preserve">an independent piece. During a ‘sentence stacking’ lesson, children </w:t>
      </w:r>
    </w:p>
    <w:p w14:paraId="688546EE" w14:textId="77777777" w:rsidR="001925EF" w:rsidRPr="00460806" w:rsidRDefault="00000000" w:rsidP="00460806">
      <w:pPr>
        <w:pStyle w:val="NoSpacing"/>
        <w:spacing w:line="276" w:lineRule="auto"/>
        <w:ind w:left="360"/>
        <w:rPr>
          <w:rFonts w:ascii="Century Gothic" w:hAnsi="Century Gothic"/>
        </w:rPr>
      </w:pPr>
      <w:r w:rsidRPr="00460806">
        <w:rPr>
          <w:rFonts w:ascii="Century Gothic" w:hAnsi="Century Gothic"/>
        </w:rPr>
        <w:t xml:space="preserve">are exposed to extremely high-quality sentence models written live by </w:t>
      </w:r>
    </w:p>
    <w:p w14:paraId="5BFF0DCC" w14:textId="77777777" w:rsidR="001925EF" w:rsidRDefault="00000000" w:rsidP="00460806">
      <w:pPr>
        <w:pStyle w:val="NoSpacing"/>
        <w:spacing w:line="276" w:lineRule="auto"/>
        <w:ind w:left="360"/>
        <w:rPr>
          <w:rFonts w:ascii="Century Gothic" w:hAnsi="Century Gothic"/>
        </w:rPr>
      </w:pPr>
      <w:r w:rsidRPr="00460806">
        <w:rPr>
          <w:rFonts w:ascii="Century Gothic" w:hAnsi="Century Gothic"/>
        </w:rPr>
        <w:t xml:space="preserve">teachers, so that pupils can witness the writing process.  </w:t>
      </w:r>
    </w:p>
    <w:p w14:paraId="2D000601" w14:textId="77777777" w:rsidR="00460806" w:rsidRPr="00460806" w:rsidRDefault="00460806" w:rsidP="00460806">
      <w:pPr>
        <w:pStyle w:val="NoSpacing"/>
        <w:spacing w:line="276" w:lineRule="auto"/>
        <w:ind w:left="360"/>
        <w:rPr>
          <w:rFonts w:ascii="Century Gothic" w:hAnsi="Century Gothic"/>
        </w:rPr>
      </w:pPr>
    </w:p>
    <w:p w14:paraId="62C1362E" w14:textId="00E1071E" w:rsidR="001925EF" w:rsidRPr="00460806" w:rsidRDefault="00000000" w:rsidP="00460806">
      <w:pPr>
        <w:pStyle w:val="NoSpacing"/>
        <w:numPr>
          <w:ilvl w:val="0"/>
          <w:numId w:val="14"/>
        </w:numPr>
        <w:spacing w:line="276" w:lineRule="auto"/>
        <w:rPr>
          <w:rFonts w:ascii="Century Gothic" w:hAnsi="Century Gothic"/>
        </w:rPr>
      </w:pPr>
      <w:r w:rsidRPr="00460806">
        <w:rPr>
          <w:rFonts w:ascii="Century Gothic" w:hAnsi="Century Gothic"/>
        </w:rPr>
        <w:t xml:space="preserve">Children have access to dictionaries and thesauruses during writing </w:t>
      </w:r>
    </w:p>
    <w:p w14:paraId="29487235" w14:textId="77777777" w:rsidR="001925EF" w:rsidRPr="00460806" w:rsidRDefault="00000000" w:rsidP="00460806">
      <w:pPr>
        <w:pStyle w:val="NoSpacing"/>
        <w:spacing w:line="276" w:lineRule="auto"/>
        <w:ind w:left="360"/>
        <w:rPr>
          <w:rFonts w:ascii="Century Gothic" w:hAnsi="Century Gothic"/>
        </w:rPr>
      </w:pPr>
      <w:r w:rsidRPr="00460806">
        <w:rPr>
          <w:rFonts w:ascii="Century Gothic" w:hAnsi="Century Gothic"/>
        </w:rPr>
        <w:t xml:space="preserve">lessons to improve their vocabulary, teachers recognise the </w:t>
      </w:r>
    </w:p>
    <w:p w14:paraId="5B521985" w14:textId="77777777" w:rsidR="001925EF" w:rsidRDefault="00000000" w:rsidP="00460806">
      <w:pPr>
        <w:pStyle w:val="NoSpacing"/>
        <w:spacing w:line="276" w:lineRule="auto"/>
        <w:ind w:left="360"/>
        <w:rPr>
          <w:rFonts w:ascii="Century Gothic" w:hAnsi="Century Gothic"/>
        </w:rPr>
      </w:pPr>
      <w:r w:rsidRPr="00460806">
        <w:rPr>
          <w:rFonts w:ascii="Century Gothic" w:hAnsi="Century Gothic"/>
        </w:rPr>
        <w:t xml:space="preserve">importance of this and the impact it has on writing. </w:t>
      </w:r>
    </w:p>
    <w:p w14:paraId="03B782C0" w14:textId="77777777" w:rsidR="00460806" w:rsidRPr="00460806" w:rsidRDefault="00460806" w:rsidP="00460806">
      <w:pPr>
        <w:pStyle w:val="NoSpacing"/>
        <w:spacing w:line="276" w:lineRule="auto"/>
        <w:ind w:left="360"/>
        <w:rPr>
          <w:rFonts w:ascii="Century Gothic" w:hAnsi="Century Gothic"/>
        </w:rPr>
      </w:pPr>
    </w:p>
    <w:p w14:paraId="77A9DAFB" w14:textId="53DABF2C" w:rsidR="001925EF" w:rsidRPr="00460806" w:rsidRDefault="00000000" w:rsidP="00460806">
      <w:pPr>
        <w:pStyle w:val="NoSpacing"/>
        <w:numPr>
          <w:ilvl w:val="0"/>
          <w:numId w:val="14"/>
        </w:numPr>
        <w:spacing w:line="276" w:lineRule="auto"/>
        <w:rPr>
          <w:rFonts w:ascii="Century Gothic" w:hAnsi="Century Gothic"/>
        </w:rPr>
      </w:pPr>
      <w:r w:rsidRPr="00460806">
        <w:rPr>
          <w:rFonts w:ascii="Century Gothic" w:hAnsi="Century Gothic"/>
        </w:rPr>
        <w:t xml:space="preserve">Every two weeks, children in all year groups complete an independent </w:t>
      </w:r>
    </w:p>
    <w:p w14:paraId="4A42BCF4" w14:textId="77777777" w:rsidR="001925EF" w:rsidRPr="00460806" w:rsidRDefault="00000000" w:rsidP="00460806">
      <w:pPr>
        <w:pStyle w:val="NoSpacing"/>
        <w:spacing w:line="276" w:lineRule="auto"/>
        <w:ind w:left="360"/>
        <w:rPr>
          <w:rFonts w:ascii="Century Gothic" w:hAnsi="Century Gothic"/>
        </w:rPr>
      </w:pPr>
      <w:r w:rsidRPr="00460806">
        <w:rPr>
          <w:rFonts w:ascii="Century Gothic" w:hAnsi="Century Gothic"/>
        </w:rPr>
        <w:t xml:space="preserve">piece of writing based on </w:t>
      </w:r>
      <w:proofErr w:type="gramStart"/>
      <w:r w:rsidRPr="00460806">
        <w:rPr>
          <w:rFonts w:ascii="Century Gothic" w:hAnsi="Century Gothic"/>
        </w:rPr>
        <w:t>a stimulus</w:t>
      </w:r>
      <w:proofErr w:type="gramEnd"/>
      <w:r w:rsidRPr="00460806">
        <w:rPr>
          <w:rFonts w:ascii="Century Gothic" w:hAnsi="Century Gothic"/>
        </w:rPr>
        <w:t xml:space="preserve">. This is recorded in books and used </w:t>
      </w:r>
    </w:p>
    <w:p w14:paraId="7D57BA86" w14:textId="77777777" w:rsidR="001925EF" w:rsidRPr="00460806" w:rsidRDefault="00000000" w:rsidP="00460806">
      <w:pPr>
        <w:pStyle w:val="NoSpacing"/>
        <w:spacing w:line="276" w:lineRule="auto"/>
        <w:ind w:left="360"/>
        <w:rPr>
          <w:rFonts w:ascii="Century Gothic" w:hAnsi="Century Gothic"/>
        </w:rPr>
      </w:pPr>
      <w:r w:rsidRPr="00460806">
        <w:rPr>
          <w:rFonts w:ascii="Century Gothic" w:hAnsi="Century Gothic"/>
        </w:rPr>
        <w:t xml:space="preserve">for teacher assessment data. Children are encouraged to use the skills </w:t>
      </w:r>
    </w:p>
    <w:p w14:paraId="299B9760" w14:textId="77777777" w:rsidR="001925EF" w:rsidRPr="00460806" w:rsidRDefault="00000000" w:rsidP="00460806">
      <w:pPr>
        <w:pStyle w:val="NoSpacing"/>
        <w:spacing w:line="276" w:lineRule="auto"/>
        <w:ind w:left="360"/>
        <w:rPr>
          <w:rFonts w:ascii="Century Gothic" w:hAnsi="Century Gothic"/>
        </w:rPr>
      </w:pPr>
      <w:r w:rsidRPr="00460806">
        <w:rPr>
          <w:rFonts w:ascii="Century Gothic" w:hAnsi="Century Gothic"/>
        </w:rPr>
        <w:t xml:space="preserve">and knowledge they have been taught during their writing lessons and </w:t>
      </w:r>
    </w:p>
    <w:p w14:paraId="510AF88B" w14:textId="77777777" w:rsidR="001925EF" w:rsidRDefault="00000000" w:rsidP="00460806">
      <w:pPr>
        <w:pStyle w:val="NoSpacing"/>
        <w:spacing w:line="276" w:lineRule="auto"/>
        <w:ind w:left="360"/>
        <w:rPr>
          <w:rFonts w:ascii="Century Gothic" w:hAnsi="Century Gothic"/>
        </w:rPr>
      </w:pPr>
      <w:r w:rsidRPr="00460806">
        <w:rPr>
          <w:rFonts w:ascii="Century Gothic" w:hAnsi="Century Gothic"/>
        </w:rPr>
        <w:t xml:space="preserve">apply them to their independent pieces. </w:t>
      </w:r>
    </w:p>
    <w:p w14:paraId="789B9E84" w14:textId="77777777" w:rsidR="00460806" w:rsidRPr="00460806" w:rsidRDefault="00460806" w:rsidP="00460806">
      <w:pPr>
        <w:pStyle w:val="NoSpacing"/>
        <w:spacing w:line="276" w:lineRule="auto"/>
        <w:ind w:left="360"/>
        <w:rPr>
          <w:rFonts w:ascii="Century Gothic" w:hAnsi="Century Gothic"/>
        </w:rPr>
      </w:pPr>
    </w:p>
    <w:p w14:paraId="2CEDCEF4" w14:textId="09E4DA73" w:rsidR="001925EF" w:rsidRPr="00460806" w:rsidRDefault="00000000" w:rsidP="00460806">
      <w:pPr>
        <w:pStyle w:val="NoSpacing"/>
        <w:numPr>
          <w:ilvl w:val="0"/>
          <w:numId w:val="14"/>
        </w:numPr>
        <w:spacing w:line="276" w:lineRule="auto"/>
        <w:rPr>
          <w:rFonts w:ascii="Century Gothic" w:hAnsi="Century Gothic"/>
        </w:rPr>
      </w:pPr>
      <w:r w:rsidRPr="00460806">
        <w:rPr>
          <w:rFonts w:ascii="Century Gothic" w:hAnsi="Century Gothic"/>
        </w:rPr>
        <w:t xml:space="preserve">Children (and staff!) participate in a yearly handwriting competition </w:t>
      </w:r>
    </w:p>
    <w:p w14:paraId="3A29340B" w14:textId="77777777" w:rsidR="001925EF" w:rsidRPr="00460806" w:rsidRDefault="00000000" w:rsidP="00460806">
      <w:pPr>
        <w:pStyle w:val="NoSpacing"/>
        <w:spacing w:line="276" w:lineRule="auto"/>
        <w:ind w:left="360"/>
        <w:rPr>
          <w:rFonts w:ascii="Century Gothic" w:hAnsi="Century Gothic"/>
        </w:rPr>
      </w:pPr>
      <w:r w:rsidRPr="00460806">
        <w:rPr>
          <w:rFonts w:ascii="Century Gothic" w:hAnsi="Century Gothic"/>
        </w:rPr>
        <w:t xml:space="preserve">across the whole school, </w:t>
      </w:r>
      <w:proofErr w:type="gramStart"/>
      <w:r w:rsidRPr="00460806">
        <w:rPr>
          <w:rFonts w:ascii="Century Gothic" w:hAnsi="Century Gothic"/>
        </w:rPr>
        <w:t>in order to</w:t>
      </w:r>
      <w:proofErr w:type="gramEnd"/>
      <w:r w:rsidRPr="00460806">
        <w:rPr>
          <w:rFonts w:ascii="Century Gothic" w:hAnsi="Century Gothic"/>
        </w:rPr>
        <w:t xml:space="preserve"> promote a sense of pride in </w:t>
      </w:r>
    </w:p>
    <w:p w14:paraId="59BE55D3" w14:textId="77777777" w:rsidR="001925EF" w:rsidRPr="00460806" w:rsidRDefault="00000000" w:rsidP="00460806">
      <w:pPr>
        <w:pStyle w:val="NoSpacing"/>
        <w:spacing w:line="276" w:lineRule="auto"/>
        <w:ind w:left="360"/>
        <w:rPr>
          <w:rFonts w:ascii="Century Gothic" w:hAnsi="Century Gothic"/>
        </w:rPr>
      </w:pPr>
      <w:r w:rsidRPr="00460806">
        <w:rPr>
          <w:rFonts w:ascii="Century Gothic" w:hAnsi="Century Gothic"/>
        </w:rPr>
        <w:t xml:space="preserve">presentation. </w:t>
      </w:r>
    </w:p>
    <w:p w14:paraId="75EF5298" w14:textId="77777777" w:rsidR="001925EF" w:rsidRPr="00460806" w:rsidRDefault="00000000" w:rsidP="00460806">
      <w:pPr>
        <w:pStyle w:val="NoSpacing"/>
        <w:spacing w:line="276" w:lineRule="auto"/>
        <w:ind w:left="360"/>
        <w:rPr>
          <w:rFonts w:ascii="Century Gothic" w:hAnsi="Century Gothic"/>
        </w:rPr>
      </w:pPr>
      <w:r w:rsidRPr="00460806">
        <w:rPr>
          <w:rFonts w:ascii="Century Gothic" w:hAnsi="Century Gothic"/>
        </w:rPr>
        <w:br w:type="page"/>
      </w:r>
    </w:p>
    <w:p w14:paraId="1D37583A" w14:textId="154397A1" w:rsidR="001925EF" w:rsidRPr="00460806" w:rsidRDefault="001925EF" w:rsidP="00460806">
      <w:pPr>
        <w:pStyle w:val="NoSpacing"/>
        <w:spacing w:line="276" w:lineRule="auto"/>
        <w:rPr>
          <w:rFonts w:ascii="Century Gothic" w:hAnsi="Century Gothic"/>
        </w:rPr>
      </w:pPr>
    </w:p>
    <w:p w14:paraId="6F405E44" w14:textId="2B9D1617" w:rsidR="001925EF" w:rsidRPr="00460806" w:rsidRDefault="00000000" w:rsidP="00460806">
      <w:pPr>
        <w:pStyle w:val="NoSpacing"/>
        <w:numPr>
          <w:ilvl w:val="0"/>
          <w:numId w:val="14"/>
        </w:numPr>
        <w:spacing w:line="276" w:lineRule="auto"/>
        <w:rPr>
          <w:rFonts w:ascii="Century Gothic" w:hAnsi="Century Gothic"/>
        </w:rPr>
      </w:pPr>
      <w:r w:rsidRPr="00460806">
        <w:rPr>
          <w:rFonts w:ascii="Century Gothic" w:hAnsi="Century Gothic"/>
        </w:rPr>
        <w:t xml:space="preserve">Staff are given regular training </w:t>
      </w:r>
      <w:proofErr w:type="gramStart"/>
      <w:r w:rsidRPr="00460806">
        <w:rPr>
          <w:rFonts w:ascii="Century Gothic" w:hAnsi="Century Gothic"/>
        </w:rPr>
        <w:t>on</w:t>
      </w:r>
      <w:proofErr w:type="gramEnd"/>
      <w:r w:rsidRPr="00460806">
        <w:rPr>
          <w:rFonts w:ascii="Century Gothic" w:hAnsi="Century Gothic"/>
        </w:rPr>
        <w:t xml:space="preserve"> their own handwriting to ensure </w:t>
      </w:r>
    </w:p>
    <w:p w14:paraId="136D558F" w14:textId="77777777" w:rsidR="001925EF" w:rsidRPr="00460806" w:rsidRDefault="00000000" w:rsidP="00460806">
      <w:pPr>
        <w:pStyle w:val="NoSpacing"/>
        <w:spacing w:line="276" w:lineRule="auto"/>
        <w:ind w:left="360"/>
        <w:rPr>
          <w:rFonts w:ascii="Century Gothic" w:hAnsi="Century Gothic"/>
        </w:rPr>
      </w:pPr>
      <w:r w:rsidRPr="00460806">
        <w:rPr>
          <w:rFonts w:ascii="Century Gothic" w:hAnsi="Century Gothic"/>
        </w:rPr>
        <w:t xml:space="preserve">consistency across the school, as a result, children begin to join </w:t>
      </w:r>
      <w:proofErr w:type="gramStart"/>
      <w:r w:rsidRPr="00460806">
        <w:rPr>
          <w:rFonts w:ascii="Century Gothic" w:hAnsi="Century Gothic"/>
        </w:rPr>
        <w:t>their</w:t>
      </w:r>
      <w:proofErr w:type="gramEnd"/>
      <w:r w:rsidRPr="00460806">
        <w:rPr>
          <w:rFonts w:ascii="Century Gothic" w:hAnsi="Century Gothic"/>
        </w:rPr>
        <w:t xml:space="preserve"> </w:t>
      </w:r>
    </w:p>
    <w:p w14:paraId="6478165B" w14:textId="77777777" w:rsidR="001925EF" w:rsidRDefault="00000000" w:rsidP="00460806">
      <w:pPr>
        <w:pStyle w:val="NoSpacing"/>
        <w:spacing w:line="276" w:lineRule="auto"/>
        <w:ind w:left="360"/>
        <w:rPr>
          <w:rFonts w:ascii="Century Gothic" w:hAnsi="Century Gothic"/>
        </w:rPr>
      </w:pPr>
      <w:r w:rsidRPr="00460806">
        <w:rPr>
          <w:rFonts w:ascii="Century Gothic" w:hAnsi="Century Gothic"/>
        </w:rPr>
        <w:t xml:space="preserve">letters from Year 1. </w:t>
      </w:r>
    </w:p>
    <w:p w14:paraId="13F6194A" w14:textId="77777777" w:rsidR="00460806" w:rsidRPr="00460806" w:rsidRDefault="00460806" w:rsidP="00460806">
      <w:pPr>
        <w:pStyle w:val="NoSpacing"/>
        <w:spacing w:line="276" w:lineRule="auto"/>
        <w:ind w:left="360"/>
        <w:rPr>
          <w:rFonts w:ascii="Century Gothic" w:hAnsi="Century Gothic"/>
        </w:rPr>
      </w:pPr>
    </w:p>
    <w:p w14:paraId="6DFE7EDE" w14:textId="44653F8E" w:rsidR="001925EF" w:rsidRPr="00460806" w:rsidRDefault="00000000" w:rsidP="00460806">
      <w:pPr>
        <w:pStyle w:val="NoSpacing"/>
        <w:numPr>
          <w:ilvl w:val="0"/>
          <w:numId w:val="14"/>
        </w:numPr>
        <w:spacing w:line="276" w:lineRule="auto"/>
        <w:rPr>
          <w:rFonts w:ascii="Century Gothic" w:hAnsi="Century Gothic"/>
        </w:rPr>
      </w:pPr>
      <w:r w:rsidRPr="00460806">
        <w:rPr>
          <w:rFonts w:ascii="Century Gothic" w:hAnsi="Century Gothic"/>
        </w:rPr>
        <w:t xml:space="preserve">Spelling, grammar and punctuation are important aspects of writing </w:t>
      </w:r>
    </w:p>
    <w:p w14:paraId="5755F45F" w14:textId="77777777" w:rsidR="001925EF" w:rsidRPr="00460806" w:rsidRDefault="00000000" w:rsidP="00460806">
      <w:pPr>
        <w:pStyle w:val="NoSpacing"/>
        <w:spacing w:line="276" w:lineRule="auto"/>
        <w:ind w:left="360"/>
        <w:rPr>
          <w:rFonts w:ascii="Century Gothic" w:hAnsi="Century Gothic"/>
        </w:rPr>
      </w:pPr>
      <w:r w:rsidRPr="00460806">
        <w:rPr>
          <w:rFonts w:ascii="Century Gothic" w:hAnsi="Century Gothic"/>
        </w:rPr>
        <w:t xml:space="preserve">and we use the EdShed scheme of work. SPAG is taught at the </w:t>
      </w:r>
    </w:p>
    <w:p w14:paraId="178CC5BE" w14:textId="77777777" w:rsidR="001925EF" w:rsidRPr="00460806" w:rsidRDefault="00000000" w:rsidP="00460806">
      <w:pPr>
        <w:pStyle w:val="NoSpacing"/>
        <w:spacing w:line="276" w:lineRule="auto"/>
        <w:ind w:left="360"/>
        <w:rPr>
          <w:rFonts w:ascii="Century Gothic" w:hAnsi="Century Gothic"/>
        </w:rPr>
      </w:pPr>
      <w:r w:rsidRPr="00460806">
        <w:rPr>
          <w:rFonts w:ascii="Century Gothic" w:hAnsi="Century Gothic"/>
        </w:rPr>
        <w:t xml:space="preserve">beginning of every writing lesson and focuses on what children need to </w:t>
      </w:r>
    </w:p>
    <w:p w14:paraId="0E8ACCB7" w14:textId="2E9A13EB" w:rsidR="001925EF" w:rsidRPr="00460806" w:rsidRDefault="00000000" w:rsidP="00460806">
      <w:pPr>
        <w:pStyle w:val="NoSpacing"/>
        <w:spacing w:line="276" w:lineRule="auto"/>
        <w:ind w:left="360"/>
        <w:rPr>
          <w:rFonts w:ascii="Century Gothic" w:hAnsi="Century Gothic"/>
        </w:rPr>
      </w:pPr>
      <w:r w:rsidRPr="00460806">
        <w:rPr>
          <w:rFonts w:ascii="Century Gothic" w:hAnsi="Century Gothic"/>
        </w:rPr>
        <w:t xml:space="preserve">know. The curriculum is sequenced carefully, for </w:t>
      </w:r>
    </w:p>
    <w:p w14:paraId="7DDC2EEA" w14:textId="77777777" w:rsidR="001925EF" w:rsidRPr="00460806" w:rsidRDefault="00000000" w:rsidP="00460806">
      <w:pPr>
        <w:pStyle w:val="NoSpacing"/>
        <w:spacing w:line="276" w:lineRule="auto"/>
        <w:ind w:left="360"/>
        <w:rPr>
          <w:rFonts w:ascii="Century Gothic" w:hAnsi="Century Gothic"/>
        </w:rPr>
      </w:pPr>
      <w:r w:rsidRPr="00460806">
        <w:rPr>
          <w:rFonts w:ascii="Century Gothic" w:hAnsi="Century Gothic"/>
        </w:rPr>
        <w:t xml:space="preserve">example: children are taught how to use question marks in Year 1, so </w:t>
      </w:r>
    </w:p>
    <w:p w14:paraId="0300CE2F" w14:textId="77777777" w:rsidR="001925EF" w:rsidRDefault="00000000" w:rsidP="00460806">
      <w:pPr>
        <w:pStyle w:val="NoSpacing"/>
        <w:spacing w:line="276" w:lineRule="auto"/>
        <w:ind w:left="360"/>
        <w:rPr>
          <w:rFonts w:ascii="Century Gothic" w:hAnsi="Century Gothic"/>
        </w:rPr>
      </w:pPr>
      <w:r w:rsidRPr="00460806">
        <w:rPr>
          <w:rFonts w:ascii="Century Gothic" w:hAnsi="Century Gothic"/>
        </w:rPr>
        <w:t xml:space="preserve">that they can learn how to use a rhetorical question in Year 4.  </w:t>
      </w:r>
    </w:p>
    <w:p w14:paraId="478D25CD" w14:textId="77777777" w:rsidR="00460806" w:rsidRPr="00460806" w:rsidRDefault="00460806" w:rsidP="00460806">
      <w:pPr>
        <w:pStyle w:val="NoSpacing"/>
        <w:spacing w:line="276" w:lineRule="auto"/>
        <w:ind w:left="360"/>
        <w:rPr>
          <w:rFonts w:ascii="Century Gothic" w:hAnsi="Century Gothic"/>
        </w:rPr>
      </w:pPr>
    </w:p>
    <w:p w14:paraId="50F28843" w14:textId="7B440432" w:rsidR="001925EF" w:rsidRPr="00460806" w:rsidRDefault="00000000" w:rsidP="00460806">
      <w:pPr>
        <w:pStyle w:val="NoSpacing"/>
        <w:numPr>
          <w:ilvl w:val="0"/>
          <w:numId w:val="14"/>
        </w:numPr>
        <w:spacing w:line="276" w:lineRule="auto"/>
        <w:rPr>
          <w:rFonts w:ascii="Century Gothic" w:hAnsi="Century Gothic"/>
        </w:rPr>
      </w:pPr>
      <w:r w:rsidRPr="00460806">
        <w:rPr>
          <w:rFonts w:ascii="Century Gothic" w:hAnsi="Century Gothic"/>
        </w:rPr>
        <w:t xml:space="preserve">Children </w:t>
      </w:r>
      <w:proofErr w:type="spellStart"/>
      <w:r w:rsidRPr="00460806">
        <w:rPr>
          <w:rFonts w:ascii="Century Gothic" w:hAnsi="Century Gothic"/>
        </w:rPr>
        <w:t>practise</w:t>
      </w:r>
      <w:proofErr w:type="spellEnd"/>
      <w:r w:rsidRPr="00460806">
        <w:rPr>
          <w:rFonts w:ascii="Century Gothic" w:hAnsi="Century Gothic"/>
        </w:rPr>
        <w:t xml:space="preserve"> writing in various genres </w:t>
      </w:r>
      <w:proofErr w:type="gramStart"/>
      <w:r w:rsidRPr="00460806">
        <w:rPr>
          <w:rFonts w:ascii="Century Gothic" w:hAnsi="Century Gothic"/>
        </w:rPr>
        <w:t>so as to</w:t>
      </w:r>
      <w:proofErr w:type="gramEnd"/>
      <w:r w:rsidRPr="00460806">
        <w:rPr>
          <w:rFonts w:ascii="Century Gothic" w:hAnsi="Century Gothic"/>
        </w:rPr>
        <w:t xml:space="preserve"> broaden </w:t>
      </w:r>
      <w:proofErr w:type="gramStart"/>
      <w:r w:rsidRPr="00460806">
        <w:rPr>
          <w:rFonts w:ascii="Century Gothic" w:hAnsi="Century Gothic"/>
        </w:rPr>
        <w:t>their</w:t>
      </w:r>
      <w:proofErr w:type="gramEnd"/>
      <w:r w:rsidRPr="00460806">
        <w:rPr>
          <w:rFonts w:ascii="Century Gothic" w:hAnsi="Century Gothic"/>
        </w:rPr>
        <w:t xml:space="preserve"> </w:t>
      </w:r>
    </w:p>
    <w:p w14:paraId="03624C1C" w14:textId="77777777" w:rsidR="001925EF" w:rsidRPr="00460806" w:rsidRDefault="00000000" w:rsidP="00460806">
      <w:pPr>
        <w:pStyle w:val="NoSpacing"/>
        <w:spacing w:line="276" w:lineRule="auto"/>
        <w:ind w:left="360"/>
        <w:rPr>
          <w:rFonts w:ascii="Century Gothic" w:hAnsi="Century Gothic"/>
        </w:rPr>
      </w:pPr>
      <w:r w:rsidRPr="00460806">
        <w:rPr>
          <w:rFonts w:ascii="Century Gothic" w:hAnsi="Century Gothic"/>
        </w:rPr>
        <w:t xml:space="preserve">knowledge. The careful sequencing of units means that children </w:t>
      </w:r>
    </w:p>
    <w:p w14:paraId="6D0E8983" w14:textId="77777777" w:rsidR="001925EF" w:rsidRDefault="00000000" w:rsidP="00460806">
      <w:pPr>
        <w:pStyle w:val="NoSpacing"/>
        <w:spacing w:line="276" w:lineRule="auto"/>
        <w:ind w:left="360"/>
        <w:rPr>
          <w:rFonts w:ascii="Century Gothic" w:hAnsi="Century Gothic"/>
        </w:rPr>
      </w:pPr>
      <w:r w:rsidRPr="00460806">
        <w:rPr>
          <w:rFonts w:ascii="Century Gothic" w:hAnsi="Century Gothic"/>
        </w:rPr>
        <w:t xml:space="preserve">experience writing in a variety of fiction, non-fiction and poetry styles.  </w:t>
      </w:r>
    </w:p>
    <w:p w14:paraId="5AF3B5FC" w14:textId="77777777" w:rsidR="00460806" w:rsidRPr="00460806" w:rsidRDefault="00460806" w:rsidP="00460806">
      <w:pPr>
        <w:pStyle w:val="NoSpacing"/>
        <w:spacing w:line="276" w:lineRule="auto"/>
        <w:ind w:left="360"/>
        <w:rPr>
          <w:rFonts w:ascii="Century Gothic" w:hAnsi="Century Gothic"/>
        </w:rPr>
      </w:pPr>
    </w:p>
    <w:p w14:paraId="61BE6165" w14:textId="7B61FBA7" w:rsidR="001925EF" w:rsidRPr="00460806" w:rsidRDefault="00000000" w:rsidP="00460806">
      <w:pPr>
        <w:pStyle w:val="NoSpacing"/>
        <w:numPr>
          <w:ilvl w:val="0"/>
          <w:numId w:val="14"/>
        </w:numPr>
        <w:spacing w:line="276" w:lineRule="auto"/>
        <w:rPr>
          <w:rFonts w:ascii="Century Gothic" w:hAnsi="Century Gothic"/>
        </w:rPr>
      </w:pPr>
      <w:r w:rsidRPr="00460806">
        <w:rPr>
          <w:rFonts w:ascii="Century Gothic" w:hAnsi="Century Gothic"/>
        </w:rPr>
        <w:t xml:space="preserve">Careful consideration is given to how children can access writing </w:t>
      </w:r>
    </w:p>
    <w:p w14:paraId="5FAB54CD" w14:textId="77777777" w:rsidR="001925EF" w:rsidRPr="00460806" w:rsidRDefault="00000000" w:rsidP="00460806">
      <w:pPr>
        <w:pStyle w:val="NoSpacing"/>
        <w:spacing w:line="276" w:lineRule="auto"/>
        <w:ind w:left="360"/>
        <w:rPr>
          <w:rFonts w:ascii="Century Gothic" w:hAnsi="Century Gothic"/>
        </w:rPr>
      </w:pPr>
      <w:r w:rsidRPr="00460806">
        <w:rPr>
          <w:rFonts w:ascii="Century Gothic" w:hAnsi="Century Gothic"/>
        </w:rPr>
        <w:t xml:space="preserve">across the curriculum, in all year groups. For example, within History, </w:t>
      </w:r>
    </w:p>
    <w:p w14:paraId="4AE13901" w14:textId="77777777" w:rsidR="001925EF" w:rsidRPr="00460806" w:rsidRDefault="00000000" w:rsidP="00460806">
      <w:pPr>
        <w:pStyle w:val="NoSpacing"/>
        <w:spacing w:line="276" w:lineRule="auto"/>
        <w:ind w:left="360"/>
        <w:rPr>
          <w:rFonts w:ascii="Century Gothic" w:hAnsi="Century Gothic"/>
        </w:rPr>
      </w:pPr>
      <w:r w:rsidRPr="00460806">
        <w:rPr>
          <w:rFonts w:ascii="Century Gothic" w:hAnsi="Century Gothic"/>
        </w:rPr>
        <w:t xml:space="preserve">Geography and Science lessons, pupils are given assessment tasks </w:t>
      </w:r>
    </w:p>
    <w:p w14:paraId="3D54B0DB" w14:textId="77777777" w:rsidR="001925EF" w:rsidRDefault="00000000" w:rsidP="00460806">
      <w:pPr>
        <w:pStyle w:val="NoSpacing"/>
        <w:spacing w:line="276" w:lineRule="auto"/>
        <w:ind w:left="360"/>
        <w:rPr>
          <w:rFonts w:ascii="Century Gothic" w:hAnsi="Century Gothic"/>
        </w:rPr>
      </w:pPr>
      <w:r w:rsidRPr="00460806">
        <w:rPr>
          <w:rFonts w:ascii="Century Gothic" w:hAnsi="Century Gothic"/>
        </w:rPr>
        <w:t xml:space="preserve">often in the form of extended writing and essays. </w:t>
      </w:r>
    </w:p>
    <w:p w14:paraId="20D3FDE4" w14:textId="77777777" w:rsidR="00460806" w:rsidRPr="00460806" w:rsidRDefault="00460806" w:rsidP="00460806">
      <w:pPr>
        <w:pStyle w:val="NoSpacing"/>
        <w:spacing w:line="276" w:lineRule="auto"/>
        <w:ind w:left="360"/>
        <w:rPr>
          <w:rFonts w:ascii="Century Gothic" w:hAnsi="Century Gothic"/>
        </w:rPr>
      </w:pPr>
    </w:p>
    <w:p w14:paraId="7511A50F" w14:textId="31E6A70C" w:rsidR="001925EF" w:rsidRPr="00460806" w:rsidRDefault="00000000" w:rsidP="00460806">
      <w:pPr>
        <w:pStyle w:val="NoSpacing"/>
        <w:numPr>
          <w:ilvl w:val="0"/>
          <w:numId w:val="14"/>
        </w:numPr>
        <w:spacing w:line="276" w:lineRule="auto"/>
        <w:rPr>
          <w:rFonts w:ascii="Century Gothic" w:hAnsi="Century Gothic"/>
        </w:rPr>
      </w:pPr>
      <w:r w:rsidRPr="00460806">
        <w:rPr>
          <w:rFonts w:ascii="Century Gothic" w:hAnsi="Century Gothic"/>
        </w:rPr>
        <w:t xml:space="preserve">A </w:t>
      </w:r>
      <w:r w:rsidR="00460806">
        <w:rPr>
          <w:rFonts w:ascii="Century Gothic" w:hAnsi="Century Gothic"/>
        </w:rPr>
        <w:t>half termly</w:t>
      </w:r>
      <w:r w:rsidRPr="00460806">
        <w:rPr>
          <w:rFonts w:ascii="Century Gothic" w:hAnsi="Century Gothic"/>
        </w:rPr>
        <w:t xml:space="preserve"> moderation of English books is completed at staff </w:t>
      </w:r>
    </w:p>
    <w:p w14:paraId="40F6390B" w14:textId="77777777" w:rsidR="001925EF" w:rsidRPr="00460806" w:rsidRDefault="00000000" w:rsidP="00460806">
      <w:pPr>
        <w:pStyle w:val="NoSpacing"/>
        <w:spacing w:line="276" w:lineRule="auto"/>
        <w:ind w:left="360"/>
        <w:rPr>
          <w:rFonts w:ascii="Century Gothic" w:hAnsi="Century Gothic"/>
        </w:rPr>
      </w:pPr>
      <w:r w:rsidRPr="00460806">
        <w:rPr>
          <w:rFonts w:ascii="Century Gothic" w:hAnsi="Century Gothic"/>
        </w:rPr>
        <w:t xml:space="preserve">meetings, to check that standards are being met and that the </w:t>
      </w:r>
    </w:p>
    <w:p w14:paraId="40F739EE" w14:textId="77777777" w:rsidR="001925EF" w:rsidRDefault="00000000" w:rsidP="00460806">
      <w:pPr>
        <w:pStyle w:val="NoSpacing"/>
        <w:spacing w:line="276" w:lineRule="auto"/>
        <w:ind w:left="360"/>
        <w:rPr>
          <w:rFonts w:ascii="Century Gothic" w:hAnsi="Century Gothic"/>
        </w:rPr>
      </w:pPr>
      <w:r w:rsidRPr="00460806">
        <w:rPr>
          <w:rFonts w:ascii="Century Gothic" w:hAnsi="Century Gothic"/>
        </w:rPr>
        <w:t xml:space="preserve">curriculum Is being covered. </w:t>
      </w:r>
    </w:p>
    <w:p w14:paraId="3EC2FF13" w14:textId="77777777" w:rsidR="00460806" w:rsidRPr="00460806" w:rsidRDefault="00460806" w:rsidP="00460806">
      <w:pPr>
        <w:pStyle w:val="NoSpacing"/>
        <w:spacing w:line="276" w:lineRule="auto"/>
        <w:ind w:left="360"/>
        <w:rPr>
          <w:rFonts w:ascii="Century Gothic" w:hAnsi="Century Gothic"/>
        </w:rPr>
      </w:pPr>
    </w:p>
    <w:p w14:paraId="67763E9E" w14:textId="19EB6912" w:rsidR="001925EF" w:rsidRPr="00460806" w:rsidRDefault="00000000" w:rsidP="00460806">
      <w:pPr>
        <w:pStyle w:val="NoSpacing"/>
        <w:numPr>
          <w:ilvl w:val="0"/>
          <w:numId w:val="14"/>
        </w:numPr>
        <w:spacing w:line="276" w:lineRule="auto"/>
        <w:rPr>
          <w:rFonts w:ascii="Century Gothic" w:hAnsi="Century Gothic"/>
        </w:rPr>
      </w:pPr>
      <w:r w:rsidRPr="00460806">
        <w:rPr>
          <w:rFonts w:ascii="Century Gothic" w:hAnsi="Century Gothic"/>
        </w:rPr>
        <w:t xml:space="preserve">Staff CPD is booked for Year 2 and Year 6 staff in the Autumn term to </w:t>
      </w:r>
    </w:p>
    <w:p w14:paraId="3E4D2776" w14:textId="77777777" w:rsidR="001925EF" w:rsidRPr="00460806" w:rsidRDefault="00000000" w:rsidP="00460806">
      <w:pPr>
        <w:pStyle w:val="NoSpacing"/>
        <w:spacing w:line="276" w:lineRule="auto"/>
        <w:ind w:left="360"/>
        <w:rPr>
          <w:rFonts w:ascii="Century Gothic" w:hAnsi="Century Gothic"/>
        </w:rPr>
      </w:pPr>
      <w:r w:rsidRPr="00460806">
        <w:rPr>
          <w:rFonts w:ascii="Century Gothic" w:hAnsi="Century Gothic"/>
        </w:rPr>
        <w:t xml:space="preserve">prepare for moderation, so that they are up to date with the latest </w:t>
      </w:r>
    </w:p>
    <w:p w14:paraId="30EFC192" w14:textId="77777777" w:rsidR="001925EF" w:rsidRDefault="00000000" w:rsidP="00460806">
      <w:pPr>
        <w:pStyle w:val="NoSpacing"/>
        <w:spacing w:line="276" w:lineRule="auto"/>
        <w:ind w:left="360"/>
        <w:rPr>
          <w:rFonts w:ascii="Century Gothic" w:hAnsi="Century Gothic"/>
        </w:rPr>
      </w:pPr>
      <w:r w:rsidRPr="00460806">
        <w:rPr>
          <w:rFonts w:ascii="Century Gothic" w:hAnsi="Century Gothic"/>
        </w:rPr>
        <w:t xml:space="preserve">changes and updates to frameworks. </w:t>
      </w:r>
    </w:p>
    <w:p w14:paraId="236A7A96" w14:textId="77777777" w:rsidR="00460806" w:rsidRPr="00460806" w:rsidRDefault="00460806" w:rsidP="00460806">
      <w:pPr>
        <w:pStyle w:val="NoSpacing"/>
        <w:spacing w:line="276" w:lineRule="auto"/>
        <w:rPr>
          <w:rFonts w:ascii="Century Gothic" w:hAnsi="Century Gothic"/>
        </w:rPr>
      </w:pPr>
    </w:p>
    <w:p w14:paraId="78E1C07F" w14:textId="77777777" w:rsidR="001925EF" w:rsidRPr="00460806" w:rsidRDefault="00000000" w:rsidP="00460806">
      <w:pPr>
        <w:pStyle w:val="NoSpacing"/>
        <w:spacing w:line="276" w:lineRule="auto"/>
        <w:rPr>
          <w:rFonts w:ascii="Century Gothic" w:hAnsi="Century Gothic"/>
          <w:b/>
          <w:bCs/>
        </w:rPr>
      </w:pPr>
      <w:r w:rsidRPr="00460806">
        <w:rPr>
          <w:rFonts w:ascii="Century Gothic" w:hAnsi="Century Gothic"/>
          <w:b/>
          <w:bCs/>
        </w:rPr>
        <w:t xml:space="preserve">Impact </w:t>
      </w:r>
    </w:p>
    <w:p w14:paraId="2338BD67" w14:textId="77777777" w:rsidR="00460806" w:rsidRPr="00460806" w:rsidRDefault="00460806" w:rsidP="00460806">
      <w:pPr>
        <w:pStyle w:val="NoSpacing"/>
        <w:spacing w:line="276" w:lineRule="auto"/>
        <w:rPr>
          <w:rFonts w:ascii="Century Gothic" w:hAnsi="Century Gothic"/>
        </w:rPr>
      </w:pPr>
    </w:p>
    <w:p w14:paraId="07A2CCC3" w14:textId="77777777" w:rsidR="001925EF" w:rsidRPr="00460806" w:rsidRDefault="00000000" w:rsidP="00460806">
      <w:pPr>
        <w:pStyle w:val="NoSpacing"/>
        <w:spacing w:line="276" w:lineRule="auto"/>
        <w:rPr>
          <w:rFonts w:ascii="Century Gothic" w:hAnsi="Century Gothic"/>
        </w:rPr>
      </w:pPr>
      <w:r w:rsidRPr="00460806">
        <w:rPr>
          <w:rFonts w:ascii="Century Gothic" w:hAnsi="Century Gothic"/>
        </w:rPr>
        <w:t xml:space="preserve">Our children enjoy writing across the curriculum and take pride in their written </w:t>
      </w:r>
    </w:p>
    <w:p w14:paraId="0B961BCD" w14:textId="77777777" w:rsidR="001925EF" w:rsidRPr="00460806" w:rsidRDefault="00000000" w:rsidP="00460806">
      <w:pPr>
        <w:pStyle w:val="NoSpacing"/>
        <w:spacing w:line="276" w:lineRule="auto"/>
        <w:rPr>
          <w:rFonts w:ascii="Century Gothic" w:hAnsi="Century Gothic"/>
        </w:rPr>
      </w:pPr>
      <w:r w:rsidRPr="00460806">
        <w:rPr>
          <w:rFonts w:ascii="Century Gothic" w:hAnsi="Century Gothic"/>
        </w:rPr>
        <w:t xml:space="preserve">work. Presentation of work and handwriting is high. We strive for children to </w:t>
      </w:r>
    </w:p>
    <w:p w14:paraId="054717AC" w14:textId="588A943A" w:rsidR="001925EF" w:rsidRPr="00460806" w:rsidRDefault="00000000" w:rsidP="00460806">
      <w:pPr>
        <w:pStyle w:val="NoSpacing"/>
        <w:spacing w:line="276" w:lineRule="auto"/>
        <w:rPr>
          <w:rFonts w:ascii="Century Gothic" w:hAnsi="Century Gothic"/>
        </w:rPr>
      </w:pPr>
      <w:r w:rsidRPr="00460806">
        <w:rPr>
          <w:rFonts w:ascii="Century Gothic" w:hAnsi="Century Gothic"/>
        </w:rPr>
        <w:t xml:space="preserve">achieve their maximum potential by giving them the skills and vocabulary </w:t>
      </w:r>
    </w:p>
    <w:p w14:paraId="1363D078" w14:textId="77777777" w:rsidR="001925EF" w:rsidRPr="00460806" w:rsidRDefault="00000000" w:rsidP="00460806">
      <w:pPr>
        <w:pStyle w:val="NoSpacing"/>
        <w:spacing w:line="276" w:lineRule="auto"/>
        <w:rPr>
          <w:rFonts w:ascii="Century Gothic" w:hAnsi="Century Gothic"/>
        </w:rPr>
      </w:pPr>
      <w:r w:rsidRPr="00460806">
        <w:rPr>
          <w:rFonts w:ascii="Century Gothic" w:hAnsi="Century Gothic"/>
        </w:rPr>
        <w:t xml:space="preserve">needed to become successful in the next stage of their education.  </w:t>
      </w:r>
    </w:p>
    <w:p w14:paraId="77413ACC" w14:textId="77777777" w:rsidR="001925EF" w:rsidRPr="00460806" w:rsidRDefault="00000000" w:rsidP="00460806">
      <w:pPr>
        <w:pStyle w:val="NoSpacing"/>
        <w:spacing w:line="276" w:lineRule="auto"/>
        <w:rPr>
          <w:rFonts w:ascii="Century Gothic" w:hAnsi="Century Gothic"/>
        </w:rPr>
      </w:pPr>
      <w:r w:rsidRPr="00460806">
        <w:rPr>
          <w:rFonts w:ascii="Century Gothic" w:hAnsi="Century Gothic"/>
        </w:rPr>
        <w:t xml:space="preserve"> </w:t>
      </w:r>
    </w:p>
    <w:sectPr w:rsidR="001925EF" w:rsidRPr="00460806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17682773"/>
    <w:multiLevelType w:val="hybridMultilevel"/>
    <w:tmpl w:val="78C6C0E8"/>
    <w:lvl w:ilvl="0" w:tplc="52E0C67E">
      <w:numFmt w:val="bullet"/>
      <w:lvlText w:val="•"/>
      <w:lvlJc w:val="left"/>
      <w:pPr>
        <w:ind w:left="720" w:hanging="360"/>
      </w:pPr>
      <w:rPr>
        <w:rFonts w:ascii="Century Gothic" w:eastAsiaTheme="minorEastAsia" w:hAnsi="Century Gothic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3F37C98"/>
    <w:multiLevelType w:val="hybridMultilevel"/>
    <w:tmpl w:val="56661EFC"/>
    <w:lvl w:ilvl="0" w:tplc="52E0C67E">
      <w:numFmt w:val="bullet"/>
      <w:lvlText w:val="•"/>
      <w:lvlJc w:val="left"/>
      <w:pPr>
        <w:ind w:left="720" w:hanging="360"/>
      </w:pPr>
      <w:rPr>
        <w:rFonts w:ascii="Century Gothic" w:eastAsiaTheme="minorEastAsia" w:hAnsi="Century Gothic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2BE5ED0"/>
    <w:multiLevelType w:val="hybridMultilevel"/>
    <w:tmpl w:val="24981E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CA25825"/>
    <w:multiLevelType w:val="hybridMultilevel"/>
    <w:tmpl w:val="6CBE1FB2"/>
    <w:lvl w:ilvl="0" w:tplc="52E0C67E">
      <w:numFmt w:val="bullet"/>
      <w:lvlText w:val="•"/>
      <w:lvlJc w:val="left"/>
      <w:pPr>
        <w:ind w:left="1080" w:hanging="360"/>
      </w:pPr>
      <w:rPr>
        <w:rFonts w:ascii="Century Gothic" w:eastAsiaTheme="minorEastAsia" w:hAnsi="Century Gothic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70274944"/>
    <w:multiLevelType w:val="hybridMultilevel"/>
    <w:tmpl w:val="E40640A8"/>
    <w:lvl w:ilvl="0" w:tplc="52E0C67E">
      <w:numFmt w:val="bullet"/>
      <w:lvlText w:val="•"/>
      <w:lvlJc w:val="left"/>
      <w:pPr>
        <w:ind w:left="720" w:hanging="360"/>
      </w:pPr>
      <w:rPr>
        <w:rFonts w:ascii="Century Gothic" w:eastAsiaTheme="minorEastAsia" w:hAnsi="Century Gothic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94589961">
    <w:abstractNumId w:val="8"/>
  </w:num>
  <w:num w:numId="2" w16cid:durableId="1593393222">
    <w:abstractNumId w:val="6"/>
  </w:num>
  <w:num w:numId="3" w16cid:durableId="534584364">
    <w:abstractNumId w:val="5"/>
  </w:num>
  <w:num w:numId="4" w16cid:durableId="2097746844">
    <w:abstractNumId w:val="4"/>
  </w:num>
  <w:num w:numId="5" w16cid:durableId="107505072">
    <w:abstractNumId w:val="7"/>
  </w:num>
  <w:num w:numId="6" w16cid:durableId="1981613031">
    <w:abstractNumId w:val="3"/>
  </w:num>
  <w:num w:numId="7" w16cid:durableId="1823426996">
    <w:abstractNumId w:val="2"/>
  </w:num>
  <w:num w:numId="8" w16cid:durableId="1068839969">
    <w:abstractNumId w:val="1"/>
  </w:num>
  <w:num w:numId="9" w16cid:durableId="2033071780">
    <w:abstractNumId w:val="0"/>
  </w:num>
  <w:num w:numId="10" w16cid:durableId="1485271516">
    <w:abstractNumId w:val="11"/>
  </w:num>
  <w:num w:numId="11" w16cid:durableId="1598636941">
    <w:abstractNumId w:val="9"/>
  </w:num>
  <w:num w:numId="12" w16cid:durableId="1917275649">
    <w:abstractNumId w:val="10"/>
  </w:num>
  <w:num w:numId="13" w16cid:durableId="1064256202">
    <w:abstractNumId w:val="13"/>
  </w:num>
  <w:num w:numId="14" w16cid:durableId="1299635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1925EF"/>
    <w:rsid w:val="0029639D"/>
    <w:rsid w:val="002C5C1A"/>
    <w:rsid w:val="00326F90"/>
    <w:rsid w:val="00460806"/>
    <w:rsid w:val="00703850"/>
    <w:rsid w:val="009B0F55"/>
    <w:rsid w:val="00AA1D8D"/>
    <w:rsid w:val="00B47730"/>
    <w:rsid w:val="00CB0664"/>
    <w:rsid w:val="00EC647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CAF8040"/>
  <w14:defaultImageDpi w14:val="300"/>
  <w15:docId w15:val="{348F70D7-9983-40A6-A14D-AB11829A18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rPr>
      <w:rFonts w:ascii="Calibri" w:hAnsi="Calibri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471</Words>
  <Characters>2687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3152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Jonathan Parrish</cp:lastModifiedBy>
  <cp:revision>3</cp:revision>
  <dcterms:created xsi:type="dcterms:W3CDTF">2026-06-09T15:37:00Z</dcterms:created>
  <dcterms:modified xsi:type="dcterms:W3CDTF">2026-06-09T15:38:00Z</dcterms:modified>
  <cp:category/>
</cp:coreProperties>
</file>